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327" w:rsidRPr="004646BC" w:rsidRDefault="004646BC">
      <w:pPr>
        <w:spacing w:after="120"/>
        <w:jc w:val="center"/>
        <w:rPr>
          <w:lang w:val="ru-RU"/>
        </w:rPr>
      </w:pPr>
      <w:r w:rsidRPr="004646BC">
        <w:rPr>
          <w:b/>
          <w:sz w:val="28"/>
          <w:lang w:val="ru-RU"/>
        </w:rPr>
        <w:t>ДОГОВОР НАЙМА ЖИЛОГО ПОМЕЩЕНИЯ</w:t>
      </w:r>
    </w:p>
    <w:p w:rsidR="00A52327" w:rsidRPr="004646BC" w:rsidRDefault="004646BC">
      <w:pPr>
        <w:jc w:val="center"/>
        <w:rPr>
          <w:lang w:val="ru-RU"/>
        </w:rPr>
      </w:pPr>
      <w:r w:rsidRPr="004646BC">
        <w:rPr>
          <w:i/>
          <w:sz w:val="22"/>
          <w:lang w:val="ru-RU"/>
        </w:rPr>
        <w:t>(частный жилищный фонд, для целей получения мер социальной поддержки)</w:t>
      </w:r>
    </w:p>
    <w:tbl>
      <w:tblPr>
        <w:tblW w:w="0" w:type="auto"/>
        <w:jc w:val="center"/>
        <w:tblLayout w:type="fixed"/>
        <w:tblLook w:val="04A0"/>
      </w:tblPr>
      <w:tblGrid>
        <w:gridCol w:w="4901"/>
        <w:gridCol w:w="4901"/>
      </w:tblGrid>
      <w:tr w:rsidR="00A52327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327" w:rsidRDefault="004646BC">
            <w:pPr>
              <w:spacing w:after="0"/>
            </w:pPr>
            <w:r>
              <w:t>г. Курск</w:t>
            </w: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2327" w:rsidRDefault="004646BC">
            <w:pPr>
              <w:spacing w:after="0"/>
              <w:jc w:val="right"/>
            </w:pPr>
            <w:r>
              <w:t>«15» марта 2026 г.</w:t>
            </w:r>
          </w:p>
        </w:tc>
      </w:tr>
    </w:tbl>
    <w:p w:rsidR="004646BC" w:rsidRDefault="004646BC">
      <w:pPr>
        <w:spacing w:after="0" w:line="360" w:lineRule="auto"/>
        <w:ind w:firstLine="709"/>
        <w:jc w:val="both"/>
      </w:pP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>Граждане Российской Федерации Иванов Сергей Петрович, 15 апреля 1982 года рождения, паспорт серии 38 05 № 123456, выдан ОУФМС России по Курской области в Центральном округе г. Курска 12.04.2015, код подразделения 460-001, зарегистрированный по адресу: г. Курск, ул. Ленина, д. 10, кв. 5, являющийся собственником 1/2 доли в праве собственности на жилое помещение, и Иванова Ольга Викторовна, 22 августа 1984 года рождения, паспорт серии 38 06 № 654321, выдан УМВД России по Курской области 20.08.2016, код подразделения 460-002, зарегистрированная по адресу: г. Курск, ул. Ленина, д. 10, кв. 5, являющаяся собственником 1/2 доли в праве собственности на жилое помещение, именуемые в дальнейшем совместно «</w:t>
      </w:r>
      <w:proofErr w:type="spellStart"/>
      <w:r w:rsidRPr="004646BC">
        <w:rPr>
          <w:lang w:val="ru-RU"/>
        </w:rPr>
        <w:t>Наймодатели</w:t>
      </w:r>
      <w:proofErr w:type="spellEnd"/>
      <w:r w:rsidRPr="004646BC">
        <w:rPr>
          <w:lang w:val="ru-RU"/>
        </w:rPr>
        <w:t>», с одной стороны, и</w:t>
      </w: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 xml:space="preserve">Петров Алексей Николаевич, 10 января 1988 года рождения, паспорт серии 38 10 № 987654, выдан УМВД России по Курской области 05.02.2020, код подразделения 460-004, зарегистрированный по адресу: Курская область, </w:t>
      </w:r>
      <w:proofErr w:type="spellStart"/>
      <w:r w:rsidRPr="004646BC">
        <w:rPr>
          <w:lang w:val="ru-RU"/>
        </w:rPr>
        <w:t>Суджанский</w:t>
      </w:r>
      <w:proofErr w:type="spellEnd"/>
      <w:r w:rsidRPr="004646BC">
        <w:rPr>
          <w:lang w:val="ru-RU"/>
        </w:rPr>
        <w:t xml:space="preserve"> район, г. Суджа, ул. Молодежная, д. 7, именуемый в дальнейшем «Наниматель», с другой стороны, совместно именуемые «Стороны», заключили настоящий договор о нижеследующем:</w:t>
      </w:r>
    </w:p>
    <w:p w:rsidR="00A52327" w:rsidRPr="004646BC" w:rsidRDefault="004646BC">
      <w:pPr>
        <w:spacing w:before="160" w:after="80"/>
        <w:jc w:val="center"/>
        <w:rPr>
          <w:lang w:val="ru-RU"/>
        </w:rPr>
      </w:pPr>
      <w:r w:rsidRPr="004646BC">
        <w:rPr>
          <w:b/>
          <w:lang w:val="ru-RU"/>
        </w:rPr>
        <w:t>1. ПРЕДМЕТ ДОГОВОРА</w:t>
      </w: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 xml:space="preserve">1.1. </w:t>
      </w:r>
      <w:proofErr w:type="spellStart"/>
      <w:r w:rsidRPr="004646BC">
        <w:rPr>
          <w:lang w:val="ru-RU"/>
        </w:rPr>
        <w:t>Наймодатели</w:t>
      </w:r>
      <w:proofErr w:type="spellEnd"/>
      <w:r w:rsidRPr="004646BC">
        <w:rPr>
          <w:lang w:val="ru-RU"/>
        </w:rPr>
        <w:t xml:space="preserve"> с согласия каждого из них передают, а Наниматель принимает за плату во временное владение и пользование для проживания жилое помещение, расположенное по адресу: Курская область, г. Курск, ул. Радищева, д. 25, кв. 14, далее — «Жилое помещение».</w:t>
      </w: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 xml:space="preserve">1.2. Жилое помещение относится к частному жилищному фонду и принадлежит </w:t>
      </w:r>
      <w:proofErr w:type="spellStart"/>
      <w:r w:rsidRPr="004646BC">
        <w:rPr>
          <w:lang w:val="ru-RU"/>
        </w:rPr>
        <w:t>Наймодателям</w:t>
      </w:r>
      <w:proofErr w:type="spellEnd"/>
      <w:r w:rsidRPr="004646BC">
        <w:rPr>
          <w:lang w:val="ru-RU"/>
        </w:rPr>
        <w:t xml:space="preserve"> на праве общей долевой </w:t>
      </w:r>
      <w:proofErr w:type="gramStart"/>
      <w:r w:rsidRPr="004646BC">
        <w:rPr>
          <w:lang w:val="ru-RU"/>
        </w:rPr>
        <w:t>собственности</w:t>
      </w:r>
      <w:proofErr w:type="gramEnd"/>
      <w:r w:rsidRPr="004646BC">
        <w:rPr>
          <w:lang w:val="ru-RU"/>
        </w:rPr>
        <w:t xml:space="preserve"> на основании договора купли-продажи от 10.06.2018, что подтверждается выпиской из Единого государственного реестра недвижимости № 46-46/001/2018-12345.</w:t>
      </w: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>1.3. Характеристики Жилого помещения: вид объекта — квартира; кадастровый номер — 46:29:102345:678; общая площадь — 54,2 кв. м; жилая площадь — 32,1 кв. м; общее количество жилых комнат — 2; количество жилых комнат, являющихся предметом найма по настоящему договору, — 2 (вся квартира целиком).</w:t>
      </w:r>
    </w:p>
    <w:p w:rsidR="001D2155" w:rsidRDefault="001D2155">
      <w:pPr>
        <w:spacing w:after="0" w:line="360" w:lineRule="auto"/>
        <w:ind w:firstLine="709"/>
        <w:jc w:val="both"/>
        <w:rPr>
          <w:lang w:val="ru-RU"/>
        </w:rPr>
      </w:pPr>
    </w:p>
    <w:p w:rsidR="001D2155" w:rsidRDefault="001D2155">
      <w:pPr>
        <w:spacing w:after="0" w:line="360" w:lineRule="auto"/>
        <w:ind w:firstLine="709"/>
        <w:jc w:val="both"/>
        <w:rPr>
          <w:lang w:val="ru-RU"/>
        </w:rPr>
      </w:pP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 xml:space="preserve">1.4. Настоящим </w:t>
      </w:r>
      <w:proofErr w:type="spellStart"/>
      <w:r w:rsidRPr="004646BC">
        <w:rPr>
          <w:lang w:val="ru-RU"/>
        </w:rPr>
        <w:t>Наймодатели</w:t>
      </w:r>
      <w:proofErr w:type="spellEnd"/>
      <w:r w:rsidRPr="004646BC">
        <w:rPr>
          <w:lang w:val="ru-RU"/>
        </w:rPr>
        <w:t xml:space="preserve"> подтверждают, что каждый из них выражает полное и безусловное согласие на передачу Жилого помещения Нанимателю по настоящему договору. Подписание договора обоими </w:t>
      </w:r>
      <w:proofErr w:type="spellStart"/>
      <w:r w:rsidRPr="004646BC">
        <w:rPr>
          <w:lang w:val="ru-RU"/>
        </w:rPr>
        <w:t>Наймодателями</w:t>
      </w:r>
      <w:proofErr w:type="spellEnd"/>
      <w:r w:rsidRPr="004646BC">
        <w:rPr>
          <w:lang w:val="ru-RU"/>
        </w:rPr>
        <w:t xml:space="preserve"> подтверждает наличие согласованной воли всех собственников на сдачу помещения в </w:t>
      </w:r>
      <w:proofErr w:type="spellStart"/>
      <w:r w:rsidRPr="004646BC">
        <w:rPr>
          <w:lang w:val="ru-RU"/>
        </w:rPr>
        <w:t>найм</w:t>
      </w:r>
      <w:proofErr w:type="spellEnd"/>
      <w:r w:rsidRPr="004646BC">
        <w:rPr>
          <w:lang w:val="ru-RU"/>
        </w:rPr>
        <w:t>.</w:t>
      </w: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 xml:space="preserve">1.5. Для целей исполнения настоящего договора Стороны согласовали, что плату по договору вправе принимать Иванов Сергей Петрович, при этом получение им денежных средств считается надлежащим исполнением обязательства Нанимателя перед обоими </w:t>
      </w:r>
      <w:proofErr w:type="spellStart"/>
      <w:r w:rsidRPr="004646BC">
        <w:rPr>
          <w:lang w:val="ru-RU"/>
        </w:rPr>
        <w:t>Наймодателями</w:t>
      </w:r>
      <w:proofErr w:type="spellEnd"/>
      <w:r w:rsidRPr="004646BC">
        <w:rPr>
          <w:lang w:val="ru-RU"/>
        </w:rPr>
        <w:t>.</w:t>
      </w:r>
    </w:p>
    <w:p w:rsidR="00A52327" w:rsidRPr="004646BC" w:rsidRDefault="004646BC">
      <w:pPr>
        <w:spacing w:before="160" w:after="80"/>
        <w:jc w:val="center"/>
        <w:rPr>
          <w:lang w:val="ru-RU"/>
        </w:rPr>
      </w:pPr>
      <w:r w:rsidRPr="004646BC">
        <w:rPr>
          <w:b/>
          <w:lang w:val="ru-RU"/>
        </w:rPr>
        <w:t>2. СРОК НАЙМА</w:t>
      </w: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 xml:space="preserve">2.1. Жилое помещение передается в </w:t>
      </w:r>
      <w:proofErr w:type="spellStart"/>
      <w:r w:rsidRPr="004646BC">
        <w:rPr>
          <w:lang w:val="ru-RU"/>
        </w:rPr>
        <w:t>найм</w:t>
      </w:r>
      <w:proofErr w:type="spellEnd"/>
      <w:r w:rsidRPr="004646BC">
        <w:rPr>
          <w:lang w:val="ru-RU"/>
        </w:rPr>
        <w:t xml:space="preserve"> на срок с 15 марта 2026 года по 14 сентября 2026 года включительно, то есть на 6 (Шесть) месяцев.</w:t>
      </w: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 xml:space="preserve">2.2. </w:t>
      </w:r>
      <w:r w:rsidR="009E4B75" w:rsidRPr="009E4B75">
        <w:rPr>
          <w:rFonts w:cs="Times New Roman"/>
          <w:szCs w:val="24"/>
          <w:lang w:val="ru-RU" w:eastAsia="ru-RU"/>
        </w:rPr>
        <w:t>Продление срока найма возможно по письменному соглашению Сторон (дополнительное соглашение).</w:t>
      </w:r>
    </w:p>
    <w:p w:rsidR="00A52327" w:rsidRPr="004646BC" w:rsidRDefault="004646BC">
      <w:pPr>
        <w:spacing w:before="160" w:after="80"/>
        <w:jc w:val="center"/>
        <w:rPr>
          <w:lang w:val="ru-RU"/>
        </w:rPr>
      </w:pPr>
      <w:r w:rsidRPr="004646BC">
        <w:rPr>
          <w:b/>
          <w:lang w:val="ru-RU"/>
        </w:rPr>
        <w:t>3. ЛИЦА, ПРОЖИВАЮЩИЕ С НАНИМАТЕЛЕМ</w:t>
      </w:r>
    </w:p>
    <w:p w:rsidR="00A52327" w:rsidRPr="004646BC" w:rsidRDefault="004646BC" w:rsidP="009E4B75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 xml:space="preserve">3.1. Совместно с Нанимателем в Жилом помещении постоянно проживают </w:t>
      </w:r>
      <w:r w:rsidR="009E4B75" w:rsidRPr="009E4B75">
        <w:rPr>
          <w:rFonts w:cs="Times New Roman"/>
          <w:szCs w:val="24"/>
          <w:lang w:val="ru-RU" w:eastAsia="ru-RU"/>
        </w:rPr>
        <w:t>следующие лица</w:t>
      </w:r>
      <w:r w:rsidRPr="004646BC">
        <w:rPr>
          <w:lang w:val="ru-RU"/>
        </w:rPr>
        <w:t>:</w:t>
      </w:r>
    </w:p>
    <w:tbl>
      <w:tblPr>
        <w:tblStyle w:val="aff0"/>
        <w:tblW w:w="0" w:type="auto"/>
        <w:jc w:val="center"/>
        <w:tblLook w:val="04A0"/>
      </w:tblPr>
      <w:tblGrid>
        <w:gridCol w:w="1548"/>
        <w:gridCol w:w="2762"/>
        <w:gridCol w:w="1756"/>
        <w:gridCol w:w="1853"/>
        <w:gridCol w:w="2100"/>
      </w:tblGrid>
      <w:tr w:rsidR="00A52327">
        <w:trPr>
          <w:jc w:val="center"/>
        </w:trPr>
        <w:tc>
          <w:tcPr>
            <w:tcW w:w="1961" w:type="dxa"/>
            <w:vAlign w:val="center"/>
          </w:tcPr>
          <w:p w:rsidR="00A52327" w:rsidRDefault="004646BC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1961" w:type="dxa"/>
            <w:vAlign w:val="center"/>
          </w:tcPr>
          <w:p w:rsidR="00A52327" w:rsidRDefault="004646BC">
            <w:pPr>
              <w:jc w:val="center"/>
            </w:pPr>
            <w:r>
              <w:rPr>
                <w:b/>
              </w:rPr>
              <w:t>Ф.И.О.</w:t>
            </w:r>
          </w:p>
        </w:tc>
        <w:tc>
          <w:tcPr>
            <w:tcW w:w="1961" w:type="dxa"/>
            <w:vAlign w:val="center"/>
          </w:tcPr>
          <w:p w:rsidR="00A52327" w:rsidRDefault="004646BC">
            <w:pPr>
              <w:jc w:val="center"/>
            </w:pPr>
            <w:r>
              <w:rPr>
                <w:b/>
              </w:rPr>
              <w:t>Дата рождения</w:t>
            </w:r>
          </w:p>
        </w:tc>
        <w:tc>
          <w:tcPr>
            <w:tcW w:w="1961" w:type="dxa"/>
            <w:vAlign w:val="center"/>
          </w:tcPr>
          <w:p w:rsidR="00A52327" w:rsidRDefault="004646BC">
            <w:pPr>
              <w:jc w:val="center"/>
            </w:pPr>
            <w:r>
              <w:rPr>
                <w:b/>
              </w:rPr>
              <w:t>Степень родства</w:t>
            </w:r>
          </w:p>
        </w:tc>
        <w:tc>
          <w:tcPr>
            <w:tcW w:w="1961" w:type="dxa"/>
            <w:vAlign w:val="center"/>
          </w:tcPr>
          <w:p w:rsidR="00A52327" w:rsidRDefault="004646BC">
            <w:pPr>
              <w:jc w:val="center"/>
            </w:pPr>
            <w:r>
              <w:rPr>
                <w:b/>
              </w:rPr>
              <w:t>СНИЛС</w:t>
            </w:r>
          </w:p>
        </w:tc>
      </w:tr>
      <w:tr w:rsidR="00A52327">
        <w:trPr>
          <w:jc w:val="center"/>
        </w:trPr>
        <w:tc>
          <w:tcPr>
            <w:tcW w:w="567" w:type="dxa"/>
            <w:vAlign w:val="center"/>
          </w:tcPr>
          <w:p w:rsidR="00A52327" w:rsidRDefault="004646BC">
            <w:pPr>
              <w:jc w:val="center"/>
            </w:pPr>
            <w:r>
              <w:t>1</w:t>
            </w:r>
          </w:p>
        </w:tc>
        <w:tc>
          <w:tcPr>
            <w:tcW w:w="3288" w:type="dxa"/>
            <w:vAlign w:val="center"/>
          </w:tcPr>
          <w:p w:rsidR="00A52327" w:rsidRDefault="004646BC">
            <w:r>
              <w:t>Петров Алексей Николаевич</w:t>
            </w:r>
          </w:p>
        </w:tc>
        <w:tc>
          <w:tcPr>
            <w:tcW w:w="1531" w:type="dxa"/>
            <w:vAlign w:val="center"/>
          </w:tcPr>
          <w:p w:rsidR="00A52327" w:rsidRDefault="004646BC">
            <w:pPr>
              <w:jc w:val="center"/>
            </w:pPr>
            <w:r>
              <w:t>10.01.1988</w:t>
            </w:r>
          </w:p>
        </w:tc>
        <w:tc>
          <w:tcPr>
            <w:tcW w:w="2041" w:type="dxa"/>
            <w:vAlign w:val="center"/>
          </w:tcPr>
          <w:p w:rsidR="00A52327" w:rsidRDefault="004646BC">
            <w:pPr>
              <w:jc w:val="center"/>
            </w:pPr>
            <w:r>
              <w:t>Наниматель</w:t>
            </w:r>
          </w:p>
        </w:tc>
        <w:tc>
          <w:tcPr>
            <w:tcW w:w="2494" w:type="dxa"/>
            <w:vAlign w:val="center"/>
          </w:tcPr>
          <w:p w:rsidR="00A52327" w:rsidRDefault="004646BC">
            <w:pPr>
              <w:jc w:val="center"/>
            </w:pPr>
            <w:r>
              <w:t>111-222-333 44</w:t>
            </w:r>
          </w:p>
        </w:tc>
      </w:tr>
      <w:tr w:rsidR="00A52327">
        <w:trPr>
          <w:jc w:val="center"/>
        </w:trPr>
        <w:tc>
          <w:tcPr>
            <w:tcW w:w="567" w:type="dxa"/>
            <w:vAlign w:val="center"/>
          </w:tcPr>
          <w:p w:rsidR="00A52327" w:rsidRDefault="004646BC">
            <w:pPr>
              <w:jc w:val="center"/>
            </w:pPr>
            <w:r>
              <w:t>2</w:t>
            </w:r>
          </w:p>
        </w:tc>
        <w:tc>
          <w:tcPr>
            <w:tcW w:w="3288" w:type="dxa"/>
            <w:vAlign w:val="center"/>
          </w:tcPr>
          <w:p w:rsidR="00A52327" w:rsidRDefault="004646BC">
            <w:r>
              <w:t>Петрова Мария Сергеевна</w:t>
            </w:r>
          </w:p>
        </w:tc>
        <w:tc>
          <w:tcPr>
            <w:tcW w:w="1531" w:type="dxa"/>
            <w:vAlign w:val="center"/>
          </w:tcPr>
          <w:p w:rsidR="00A52327" w:rsidRDefault="004646BC">
            <w:pPr>
              <w:jc w:val="center"/>
            </w:pPr>
            <w:r>
              <w:t>12.05.1990</w:t>
            </w:r>
          </w:p>
        </w:tc>
        <w:tc>
          <w:tcPr>
            <w:tcW w:w="2041" w:type="dxa"/>
            <w:vAlign w:val="center"/>
          </w:tcPr>
          <w:p w:rsidR="00A52327" w:rsidRDefault="004646BC">
            <w:pPr>
              <w:jc w:val="center"/>
            </w:pPr>
            <w:r>
              <w:t>Супруга</w:t>
            </w:r>
          </w:p>
        </w:tc>
        <w:tc>
          <w:tcPr>
            <w:tcW w:w="2494" w:type="dxa"/>
            <w:vAlign w:val="center"/>
          </w:tcPr>
          <w:p w:rsidR="00A52327" w:rsidRDefault="004646BC">
            <w:pPr>
              <w:jc w:val="center"/>
            </w:pPr>
            <w:r>
              <w:t>123-456-789 00</w:t>
            </w:r>
          </w:p>
        </w:tc>
      </w:tr>
      <w:tr w:rsidR="00A52327">
        <w:trPr>
          <w:jc w:val="center"/>
        </w:trPr>
        <w:tc>
          <w:tcPr>
            <w:tcW w:w="567" w:type="dxa"/>
            <w:vAlign w:val="center"/>
          </w:tcPr>
          <w:p w:rsidR="00A52327" w:rsidRDefault="004646BC">
            <w:pPr>
              <w:jc w:val="center"/>
            </w:pPr>
            <w:r>
              <w:t>3</w:t>
            </w:r>
          </w:p>
        </w:tc>
        <w:tc>
          <w:tcPr>
            <w:tcW w:w="3288" w:type="dxa"/>
            <w:vAlign w:val="center"/>
          </w:tcPr>
          <w:p w:rsidR="00A52327" w:rsidRDefault="004646BC">
            <w:r>
              <w:t>Петров Иван Алексеевич</w:t>
            </w:r>
          </w:p>
        </w:tc>
        <w:tc>
          <w:tcPr>
            <w:tcW w:w="1531" w:type="dxa"/>
            <w:vAlign w:val="center"/>
          </w:tcPr>
          <w:p w:rsidR="00A52327" w:rsidRDefault="004646BC">
            <w:pPr>
              <w:jc w:val="center"/>
            </w:pPr>
            <w:r>
              <w:t>01.09.2015</w:t>
            </w:r>
          </w:p>
        </w:tc>
        <w:tc>
          <w:tcPr>
            <w:tcW w:w="2041" w:type="dxa"/>
            <w:vAlign w:val="center"/>
          </w:tcPr>
          <w:p w:rsidR="00A52327" w:rsidRDefault="004646BC">
            <w:pPr>
              <w:jc w:val="center"/>
            </w:pPr>
            <w:r>
              <w:t>Сын</w:t>
            </w:r>
          </w:p>
        </w:tc>
        <w:tc>
          <w:tcPr>
            <w:tcW w:w="2494" w:type="dxa"/>
            <w:vAlign w:val="center"/>
          </w:tcPr>
          <w:p w:rsidR="00A52327" w:rsidRDefault="004646BC">
            <w:pPr>
              <w:jc w:val="center"/>
            </w:pPr>
            <w:r>
              <w:t>987-654-321 11</w:t>
            </w:r>
          </w:p>
        </w:tc>
      </w:tr>
    </w:tbl>
    <w:p w:rsidR="00A52327" w:rsidRPr="004646BC" w:rsidRDefault="004646BC">
      <w:pPr>
        <w:spacing w:after="8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 xml:space="preserve">3.2. Указанные лица признаются Сторонами членами семьи Нанимателя, проживающими совместно с ним на срок действия настоящего договора. Вселение иных лиц допускается только с предварительного письменного согласия </w:t>
      </w:r>
      <w:proofErr w:type="spellStart"/>
      <w:r w:rsidRPr="004646BC">
        <w:rPr>
          <w:lang w:val="ru-RU"/>
        </w:rPr>
        <w:t>Наймодателей</w:t>
      </w:r>
      <w:proofErr w:type="spellEnd"/>
      <w:r w:rsidRPr="004646BC">
        <w:rPr>
          <w:lang w:val="ru-RU"/>
        </w:rPr>
        <w:t xml:space="preserve"> и оформляется дополнительным соглашением.</w:t>
      </w:r>
    </w:p>
    <w:p w:rsidR="00A52327" w:rsidRPr="004646BC" w:rsidRDefault="004646BC">
      <w:pPr>
        <w:spacing w:before="160" w:after="80"/>
        <w:jc w:val="center"/>
        <w:rPr>
          <w:lang w:val="ru-RU"/>
        </w:rPr>
      </w:pPr>
      <w:r w:rsidRPr="004646BC">
        <w:rPr>
          <w:b/>
          <w:lang w:val="ru-RU"/>
        </w:rPr>
        <w:t>4. ПЛАТА ЗА НАЕМ И ПОРЯДОК РАСЧЕТОВ</w:t>
      </w:r>
    </w:p>
    <w:p w:rsidR="00A52327" w:rsidRPr="004646BC" w:rsidRDefault="004646BC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>4.1. Плата за наем Жилого помещения устанавливается в размере 20 000 (Двадцать тысяч) рублей в месяц.</w:t>
      </w:r>
    </w:p>
    <w:p w:rsidR="009E4B75" w:rsidRDefault="004646BC" w:rsidP="009E4B75">
      <w:pPr>
        <w:spacing w:after="0" w:line="360" w:lineRule="auto"/>
        <w:ind w:firstLine="709"/>
        <w:jc w:val="both"/>
        <w:rPr>
          <w:lang w:val="ru-RU"/>
        </w:rPr>
      </w:pPr>
      <w:r w:rsidRPr="004646BC">
        <w:rPr>
          <w:lang w:val="ru-RU"/>
        </w:rPr>
        <w:t>4.2. Плата за наем вносится ежемесячно не позднее 5-го числа месяца, за который производится оплата, путем безналичного перечисления денежных средств на банковский счет Иванова Сергея Петровича.</w:t>
      </w:r>
      <w:r w:rsidR="009E4B75">
        <w:rPr>
          <w:lang w:val="ru-RU"/>
        </w:rPr>
        <w:t xml:space="preserve"> </w:t>
      </w:r>
      <w:r w:rsidRPr="004646BC">
        <w:rPr>
          <w:lang w:val="ru-RU"/>
        </w:rPr>
        <w:t xml:space="preserve">Реквизиты для оплаты: получатель — Иванов Сергей Петрович; банк — ПАО Сбербанк; счет № 40817 810 0 0000 1234567; БИК 043807601. В назначении </w:t>
      </w:r>
      <w:r w:rsidRPr="004646BC">
        <w:rPr>
          <w:lang w:val="ru-RU"/>
        </w:rPr>
        <w:lastRenderedPageBreak/>
        <w:t>платежа рекомендуется указывать: «Плата за наем по договору от 15.03.2026 за ________ 2026 года».</w:t>
      </w:r>
    </w:p>
    <w:p w:rsidR="009E4B75" w:rsidRDefault="009E4B75" w:rsidP="009E4B75">
      <w:pPr>
        <w:spacing w:after="0" w:line="360" w:lineRule="auto"/>
        <w:ind w:firstLine="709"/>
        <w:jc w:val="both"/>
        <w:rPr>
          <w:lang w:val="ru-RU"/>
        </w:rPr>
      </w:pPr>
      <w:r w:rsidRPr="009E4B75">
        <w:rPr>
          <w:rFonts w:cs="Times New Roman"/>
          <w:szCs w:val="24"/>
          <w:lang w:val="ru-RU" w:eastAsia="ru-RU"/>
        </w:rPr>
        <w:t xml:space="preserve">4.3. По требованию Нанимателя (в том числе для подтверждения расходов) </w:t>
      </w:r>
      <w:proofErr w:type="spellStart"/>
      <w:r w:rsidRPr="009E4B75">
        <w:rPr>
          <w:rFonts w:cs="Times New Roman"/>
          <w:szCs w:val="24"/>
          <w:lang w:val="ru-RU" w:eastAsia="ru-RU"/>
        </w:rPr>
        <w:t>Наймодатель</w:t>
      </w:r>
      <w:proofErr w:type="spellEnd"/>
      <w:r w:rsidRPr="009E4B75">
        <w:rPr>
          <w:rFonts w:cs="Times New Roman"/>
          <w:szCs w:val="24"/>
          <w:lang w:val="ru-RU" w:eastAsia="ru-RU"/>
        </w:rPr>
        <w:t xml:space="preserve"> обязуется выдавать </w:t>
      </w:r>
      <w:r w:rsidRPr="009E4B75">
        <w:rPr>
          <w:rFonts w:cs="Times New Roman"/>
          <w:b/>
          <w:bCs/>
          <w:szCs w:val="24"/>
          <w:lang w:val="ru-RU" w:eastAsia="ru-RU"/>
        </w:rPr>
        <w:t>расписку</w:t>
      </w:r>
      <w:r w:rsidRPr="009E4B75">
        <w:rPr>
          <w:rFonts w:cs="Times New Roman"/>
          <w:szCs w:val="24"/>
          <w:lang w:val="ru-RU" w:eastAsia="ru-RU"/>
        </w:rPr>
        <w:t xml:space="preserve"> о получении платы за наём с указанием: суммы, периода (месяц/год), даты получения, адреса Жилого помещения и реквизитов Договора.</w:t>
      </w:r>
    </w:p>
    <w:p w:rsidR="009E4B75" w:rsidRPr="00B421DC" w:rsidRDefault="009E4B75" w:rsidP="00B421DC">
      <w:pPr>
        <w:spacing w:after="0" w:line="360" w:lineRule="auto"/>
        <w:ind w:firstLine="709"/>
        <w:jc w:val="both"/>
        <w:rPr>
          <w:lang w:val="ru-RU"/>
        </w:rPr>
      </w:pPr>
      <w:r w:rsidRPr="009E4B75">
        <w:rPr>
          <w:rFonts w:cs="Times New Roman"/>
          <w:szCs w:val="24"/>
          <w:lang w:val="ru-RU" w:eastAsia="ru-RU"/>
        </w:rPr>
        <w:t>4.4. Изменение размера платы за наём допускается только по письменному соглашению Сторон.</w:t>
      </w:r>
    </w:p>
    <w:p w:rsidR="00A52327" w:rsidRDefault="009E4B75">
      <w:pPr>
        <w:spacing w:before="160" w:after="80"/>
        <w:jc w:val="center"/>
        <w:rPr>
          <w:b/>
          <w:lang w:val="ru-RU"/>
        </w:rPr>
      </w:pPr>
      <w:r>
        <w:rPr>
          <w:b/>
          <w:lang w:val="ru-RU"/>
        </w:rPr>
        <w:t>5</w:t>
      </w:r>
      <w:r w:rsidR="004646BC" w:rsidRPr="004646BC">
        <w:rPr>
          <w:b/>
          <w:lang w:val="ru-RU"/>
        </w:rPr>
        <w:t>. ПРАВА И ОБЯЗАННОСТИ СТОРОН</w:t>
      </w:r>
    </w:p>
    <w:p w:rsidR="009E4B75" w:rsidRPr="009E4B75" w:rsidRDefault="009E4B75" w:rsidP="009E4B75">
      <w:pPr>
        <w:spacing w:after="0" w:line="360" w:lineRule="auto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 xml:space="preserve">5.1. </w:t>
      </w:r>
      <w:proofErr w:type="spellStart"/>
      <w:r w:rsidRPr="009E4B75">
        <w:rPr>
          <w:rFonts w:cs="Times New Roman"/>
          <w:szCs w:val="24"/>
          <w:lang w:val="ru-RU" w:eastAsia="ru-RU"/>
        </w:rPr>
        <w:t>Наймодатель</w:t>
      </w:r>
      <w:proofErr w:type="spellEnd"/>
      <w:r w:rsidRPr="009E4B75">
        <w:rPr>
          <w:rFonts w:cs="Times New Roman"/>
          <w:szCs w:val="24"/>
          <w:lang w:val="ru-RU" w:eastAsia="ru-RU"/>
        </w:rPr>
        <w:t xml:space="preserve"> обязуется:</w:t>
      </w:r>
    </w:p>
    <w:p w:rsidR="009E4B75" w:rsidRPr="009E4B75" w:rsidRDefault="009E4B75" w:rsidP="009E4B75">
      <w:pPr>
        <w:spacing w:after="0" w:line="360" w:lineRule="auto"/>
        <w:ind w:firstLine="708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>передать Жилое помещение, пригодное для проживания;</w:t>
      </w:r>
    </w:p>
    <w:p w:rsidR="009E4B75" w:rsidRPr="009E4B75" w:rsidRDefault="009E4B75" w:rsidP="009E4B75">
      <w:pPr>
        <w:spacing w:after="0" w:line="360" w:lineRule="auto"/>
        <w:ind w:firstLine="708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 xml:space="preserve">не препятствовать проживанию Нанимателя и </w:t>
      </w:r>
      <w:proofErr w:type="gramStart"/>
      <w:r w:rsidRPr="009E4B75">
        <w:rPr>
          <w:rFonts w:cs="Times New Roman"/>
          <w:szCs w:val="24"/>
          <w:lang w:val="ru-RU" w:eastAsia="ru-RU"/>
        </w:rPr>
        <w:t>лиц</w:t>
      </w:r>
      <w:proofErr w:type="gramEnd"/>
      <w:r>
        <w:rPr>
          <w:rFonts w:cs="Times New Roman"/>
          <w:szCs w:val="24"/>
          <w:lang w:val="ru-RU" w:eastAsia="ru-RU"/>
        </w:rPr>
        <w:t xml:space="preserve"> </w:t>
      </w:r>
      <w:r w:rsidRPr="009E4B75">
        <w:rPr>
          <w:rFonts w:cs="Times New Roman"/>
          <w:szCs w:val="24"/>
          <w:lang w:val="ru-RU" w:eastAsia="ru-RU"/>
        </w:rPr>
        <w:t xml:space="preserve">указанных в </w:t>
      </w:r>
      <w:r>
        <w:rPr>
          <w:rFonts w:cs="Times New Roman"/>
          <w:szCs w:val="24"/>
          <w:lang w:val="ru-RU" w:eastAsia="ru-RU"/>
        </w:rPr>
        <w:t>Договоре</w:t>
      </w:r>
      <w:r w:rsidRPr="009E4B75">
        <w:rPr>
          <w:rFonts w:cs="Times New Roman"/>
          <w:szCs w:val="24"/>
          <w:lang w:val="ru-RU" w:eastAsia="ru-RU"/>
        </w:rPr>
        <w:t xml:space="preserve"> при соблюдении условий Договора;</w:t>
      </w:r>
    </w:p>
    <w:p w:rsidR="009E4B75" w:rsidRPr="009E4B75" w:rsidRDefault="009E4B75" w:rsidP="009E4B75">
      <w:pPr>
        <w:spacing w:after="0" w:line="360" w:lineRule="auto"/>
        <w:ind w:firstLine="708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>выдавать расписки/подтверждения платежей.</w:t>
      </w:r>
    </w:p>
    <w:p w:rsidR="009E4B75" w:rsidRPr="009E4B75" w:rsidRDefault="009E4B75" w:rsidP="009E4B75">
      <w:pPr>
        <w:spacing w:after="0" w:line="360" w:lineRule="auto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>5.2. Наниматель обязуется:</w:t>
      </w:r>
    </w:p>
    <w:p w:rsidR="009E4B75" w:rsidRPr="009E4B75" w:rsidRDefault="009E4B75" w:rsidP="009E4B75">
      <w:pPr>
        <w:spacing w:after="0" w:line="360" w:lineRule="auto"/>
        <w:ind w:firstLine="708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 xml:space="preserve">использовать Жилое помещение </w:t>
      </w:r>
      <w:r w:rsidRPr="009E4B75">
        <w:rPr>
          <w:rFonts w:cs="Times New Roman"/>
          <w:b/>
          <w:bCs/>
          <w:szCs w:val="24"/>
          <w:lang w:val="ru-RU" w:eastAsia="ru-RU"/>
        </w:rPr>
        <w:t>исключительно для проживания</w:t>
      </w:r>
      <w:r w:rsidRPr="009E4B75">
        <w:rPr>
          <w:rFonts w:cs="Times New Roman"/>
          <w:szCs w:val="24"/>
          <w:lang w:val="ru-RU" w:eastAsia="ru-RU"/>
        </w:rPr>
        <w:t>;</w:t>
      </w:r>
    </w:p>
    <w:p w:rsidR="009E4B75" w:rsidRPr="009E4B75" w:rsidRDefault="009E4B75" w:rsidP="009E4B75">
      <w:pPr>
        <w:spacing w:after="0" w:line="360" w:lineRule="auto"/>
        <w:ind w:firstLine="708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>своевременно вносить плату за наём и оплачивать ЖКУ в выбранном порядке;</w:t>
      </w:r>
    </w:p>
    <w:p w:rsidR="009E4B75" w:rsidRPr="009E4B75" w:rsidRDefault="009E4B75" w:rsidP="009E4B75">
      <w:pPr>
        <w:spacing w:after="0" w:line="360" w:lineRule="auto"/>
        <w:ind w:firstLine="708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>бережно относиться к помещению, соблюдать правила проживания, не производить перепланировок без согласия;</w:t>
      </w:r>
    </w:p>
    <w:p w:rsidR="009E4B75" w:rsidRPr="009E4B75" w:rsidRDefault="009E4B75" w:rsidP="009E4B75">
      <w:pPr>
        <w:spacing w:after="0" w:line="360" w:lineRule="auto"/>
        <w:ind w:firstLine="708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>при выезде возвратить помещение по акту в состоянии не хуже, чем при передаче, с учётом нормального износа.</w:t>
      </w:r>
    </w:p>
    <w:p w:rsidR="009E4B75" w:rsidRPr="00B421DC" w:rsidRDefault="009E4B75" w:rsidP="00B421DC">
      <w:pPr>
        <w:spacing w:after="0" w:line="360" w:lineRule="auto"/>
        <w:jc w:val="both"/>
        <w:rPr>
          <w:rFonts w:cs="Times New Roman"/>
          <w:szCs w:val="24"/>
          <w:lang w:val="ru-RU" w:eastAsia="ru-RU"/>
        </w:rPr>
      </w:pPr>
      <w:r w:rsidRPr="009E4B75">
        <w:rPr>
          <w:rFonts w:cs="Times New Roman"/>
          <w:szCs w:val="24"/>
          <w:lang w:val="ru-RU" w:eastAsia="ru-RU"/>
        </w:rPr>
        <w:t xml:space="preserve">5.3. Поднаём/сдача третьим лицам: запрещён без письменного согласия </w:t>
      </w:r>
      <w:proofErr w:type="spellStart"/>
      <w:r w:rsidRPr="009E4B75">
        <w:rPr>
          <w:rFonts w:cs="Times New Roman"/>
          <w:szCs w:val="24"/>
          <w:lang w:val="ru-RU" w:eastAsia="ru-RU"/>
        </w:rPr>
        <w:t>Наймодателя</w:t>
      </w:r>
      <w:proofErr w:type="spellEnd"/>
      <w:r w:rsidRPr="009E4B75">
        <w:rPr>
          <w:rFonts w:cs="Times New Roman"/>
          <w:szCs w:val="24"/>
          <w:lang w:val="ru-RU" w:eastAsia="ru-RU"/>
        </w:rPr>
        <w:t>.</w:t>
      </w:r>
    </w:p>
    <w:p w:rsidR="00A52327" w:rsidRPr="004646BC" w:rsidRDefault="009E4B75">
      <w:pPr>
        <w:spacing w:before="160" w:after="80"/>
        <w:jc w:val="center"/>
        <w:rPr>
          <w:lang w:val="ru-RU"/>
        </w:rPr>
      </w:pPr>
      <w:r>
        <w:rPr>
          <w:b/>
          <w:lang w:val="ru-RU"/>
        </w:rPr>
        <w:t>6</w:t>
      </w:r>
      <w:r w:rsidR="004646BC" w:rsidRPr="004646BC">
        <w:rPr>
          <w:b/>
          <w:lang w:val="ru-RU"/>
        </w:rPr>
        <w:t>. ОТВЕТСТВЕННОСТЬ СТОРОН</w:t>
      </w:r>
    </w:p>
    <w:p w:rsidR="00B421DC" w:rsidRDefault="00B421DC" w:rsidP="00B421DC">
      <w:pPr>
        <w:spacing w:before="160" w:after="80" w:line="360" w:lineRule="auto"/>
        <w:jc w:val="both"/>
        <w:rPr>
          <w:lang w:val="ru-RU"/>
        </w:rPr>
      </w:pPr>
      <w:r w:rsidRPr="00B421DC">
        <w:rPr>
          <w:lang w:val="ru-RU"/>
        </w:rPr>
        <w:t>6.1. Ущерб, причинённый Жилому помещению по вине Нанимателя/проживающих лиц, возмещается Нанимателем в полном объёме.</w:t>
      </w:r>
    </w:p>
    <w:p w:rsidR="00A52327" w:rsidRPr="004646BC" w:rsidRDefault="00B421DC">
      <w:pPr>
        <w:spacing w:before="160" w:after="80"/>
        <w:jc w:val="center"/>
        <w:rPr>
          <w:lang w:val="ru-RU"/>
        </w:rPr>
      </w:pPr>
      <w:r>
        <w:rPr>
          <w:b/>
          <w:lang w:val="ru-RU"/>
        </w:rPr>
        <w:t>7</w:t>
      </w:r>
      <w:r w:rsidR="004646BC" w:rsidRPr="004646BC">
        <w:rPr>
          <w:b/>
          <w:lang w:val="ru-RU"/>
        </w:rPr>
        <w:t>. ИЗМЕНЕНИЕ И РАСТОРЖЕНИЕ ДОГОВОРА</w:t>
      </w:r>
    </w:p>
    <w:p w:rsidR="00B421DC" w:rsidRPr="00B421DC" w:rsidRDefault="00B421DC" w:rsidP="00B421DC">
      <w:pPr>
        <w:spacing w:after="0" w:line="360" w:lineRule="auto"/>
        <w:ind w:firstLine="709"/>
        <w:jc w:val="both"/>
        <w:rPr>
          <w:lang w:val="ru-RU"/>
        </w:rPr>
      </w:pPr>
      <w:r w:rsidRPr="00B421DC">
        <w:rPr>
          <w:lang w:val="ru-RU"/>
        </w:rPr>
        <w:t>7.1. Договор может быть расторгнут:</w:t>
      </w:r>
    </w:p>
    <w:p w:rsidR="00B421DC" w:rsidRPr="00B421DC" w:rsidRDefault="00B421DC" w:rsidP="00B421DC">
      <w:pPr>
        <w:spacing w:after="0" w:line="360" w:lineRule="auto"/>
        <w:ind w:firstLine="709"/>
        <w:jc w:val="both"/>
        <w:rPr>
          <w:lang w:val="ru-RU"/>
        </w:rPr>
      </w:pPr>
      <w:r w:rsidRPr="00B421DC">
        <w:rPr>
          <w:lang w:val="ru-RU"/>
        </w:rPr>
        <w:t>•</w:t>
      </w:r>
      <w:r w:rsidRPr="00B421DC">
        <w:rPr>
          <w:lang w:val="ru-RU"/>
        </w:rPr>
        <w:tab/>
        <w:t>по соглашению Сторон в любое время;</w:t>
      </w:r>
    </w:p>
    <w:p w:rsidR="00B421DC" w:rsidRPr="00B421DC" w:rsidRDefault="00B421DC" w:rsidP="00B421DC">
      <w:pPr>
        <w:spacing w:after="0" w:line="360" w:lineRule="auto"/>
        <w:ind w:firstLine="709"/>
        <w:jc w:val="both"/>
        <w:rPr>
          <w:lang w:val="ru-RU"/>
        </w:rPr>
      </w:pPr>
      <w:r w:rsidRPr="00B421DC">
        <w:rPr>
          <w:lang w:val="ru-RU"/>
        </w:rPr>
        <w:t>•</w:t>
      </w:r>
      <w:r w:rsidRPr="00B421DC">
        <w:rPr>
          <w:lang w:val="ru-RU"/>
        </w:rPr>
        <w:tab/>
        <w:t xml:space="preserve">Нанимателем  с письменным предупреждением </w:t>
      </w:r>
      <w:proofErr w:type="spellStart"/>
      <w:r w:rsidRPr="00B421DC">
        <w:rPr>
          <w:lang w:val="ru-RU"/>
        </w:rPr>
        <w:t>Наймодателя</w:t>
      </w:r>
      <w:proofErr w:type="spellEnd"/>
      <w:r w:rsidRPr="00B421DC">
        <w:rPr>
          <w:lang w:val="ru-RU"/>
        </w:rPr>
        <w:t xml:space="preserve"> (срок уведомления: </w:t>
      </w:r>
      <w:r>
        <w:rPr>
          <w:lang w:val="ru-RU"/>
        </w:rPr>
        <w:t>месяц</w:t>
      </w:r>
      <w:r w:rsidRPr="00B421DC">
        <w:rPr>
          <w:lang w:val="ru-RU"/>
        </w:rPr>
        <w:t>);</w:t>
      </w:r>
    </w:p>
    <w:p w:rsidR="00B421DC" w:rsidRDefault="00B421DC" w:rsidP="00B421DC">
      <w:pPr>
        <w:spacing w:after="0" w:line="360" w:lineRule="auto"/>
        <w:ind w:firstLine="709"/>
        <w:jc w:val="both"/>
        <w:rPr>
          <w:lang w:val="ru-RU"/>
        </w:rPr>
      </w:pPr>
      <w:r w:rsidRPr="00B421DC">
        <w:rPr>
          <w:lang w:val="ru-RU"/>
        </w:rPr>
        <w:t>•</w:t>
      </w:r>
      <w:r w:rsidRPr="00B421DC">
        <w:rPr>
          <w:lang w:val="ru-RU"/>
        </w:rPr>
        <w:tab/>
      </w:r>
      <w:proofErr w:type="spellStart"/>
      <w:r w:rsidRPr="00B421DC">
        <w:rPr>
          <w:lang w:val="ru-RU"/>
        </w:rPr>
        <w:t>Наймодателем</w:t>
      </w:r>
      <w:proofErr w:type="spellEnd"/>
      <w:r w:rsidRPr="00B421DC">
        <w:rPr>
          <w:lang w:val="ru-RU"/>
        </w:rPr>
        <w:t xml:space="preserve">  в случаях и порядке, предусмотренных законодательством РФ и настоящим Договором (в т.ч. при систематической неоплате, порче имущества и пр.).</w:t>
      </w:r>
    </w:p>
    <w:p w:rsidR="00B421DC" w:rsidRDefault="00B421DC" w:rsidP="00B421DC">
      <w:pPr>
        <w:spacing w:after="0" w:line="360" w:lineRule="auto"/>
        <w:jc w:val="both"/>
        <w:rPr>
          <w:lang w:val="ru-RU"/>
        </w:rPr>
      </w:pPr>
    </w:p>
    <w:p w:rsidR="00A52327" w:rsidRPr="004646BC" w:rsidRDefault="00B421DC">
      <w:pPr>
        <w:spacing w:before="160" w:after="80"/>
        <w:jc w:val="center"/>
        <w:rPr>
          <w:lang w:val="ru-RU"/>
        </w:rPr>
      </w:pPr>
      <w:r>
        <w:rPr>
          <w:b/>
          <w:lang w:val="ru-RU"/>
        </w:rPr>
        <w:t>8</w:t>
      </w:r>
      <w:r w:rsidR="004646BC" w:rsidRPr="004646BC">
        <w:rPr>
          <w:b/>
          <w:lang w:val="ru-RU"/>
        </w:rPr>
        <w:t>. ЗАКЛЮЧИТЕЛЬНЫЕ ПОЛОЖЕНИЯ</w:t>
      </w:r>
    </w:p>
    <w:p w:rsidR="00B421DC" w:rsidRDefault="00B421DC">
      <w:pPr>
        <w:spacing w:after="0" w:line="360" w:lineRule="auto"/>
        <w:ind w:firstLine="709"/>
        <w:jc w:val="both"/>
        <w:rPr>
          <w:rFonts w:cs="Times New Roman"/>
          <w:szCs w:val="24"/>
          <w:lang w:val="ru-RU" w:eastAsia="ru-RU"/>
        </w:rPr>
      </w:pPr>
      <w:r>
        <w:rPr>
          <w:lang w:val="ru-RU"/>
        </w:rPr>
        <w:t>8</w:t>
      </w:r>
      <w:r w:rsidR="004646BC" w:rsidRPr="004646BC">
        <w:rPr>
          <w:lang w:val="ru-RU"/>
        </w:rPr>
        <w:t xml:space="preserve">.1. </w:t>
      </w:r>
      <w:r w:rsidRPr="00B421DC">
        <w:rPr>
          <w:rFonts w:cs="Times New Roman"/>
          <w:szCs w:val="24"/>
          <w:lang w:val="ru-RU" w:eastAsia="ru-RU"/>
        </w:rPr>
        <w:t xml:space="preserve">Договор составлен в </w:t>
      </w:r>
      <w:r>
        <w:rPr>
          <w:rFonts w:cs="Times New Roman"/>
          <w:szCs w:val="24"/>
          <w:lang w:val="ru-RU" w:eastAsia="ru-RU"/>
        </w:rPr>
        <w:t>трех</w:t>
      </w:r>
      <w:r w:rsidRPr="00B421DC">
        <w:rPr>
          <w:rFonts w:cs="Times New Roman"/>
          <w:szCs w:val="24"/>
          <w:lang w:val="ru-RU" w:eastAsia="ru-RU"/>
        </w:rPr>
        <w:t xml:space="preserve"> экземплярах, имеющих равную юридическую силу, по одному для каждой Стороны.</w:t>
      </w:r>
    </w:p>
    <w:p w:rsidR="00A52327" w:rsidRDefault="00B421DC">
      <w:pPr>
        <w:spacing w:before="160" w:after="80"/>
        <w:jc w:val="center"/>
      </w:pPr>
      <w:r>
        <w:rPr>
          <w:b/>
          <w:lang w:val="ru-RU"/>
        </w:rPr>
        <w:t>9</w:t>
      </w:r>
      <w:r w:rsidR="004646BC">
        <w:rPr>
          <w:b/>
        </w:rPr>
        <w:t>. РЕКВИЗИТЫ И ПОДПИСИ СТОРОН</w:t>
      </w:r>
    </w:p>
    <w:tbl>
      <w:tblPr>
        <w:tblW w:w="0" w:type="auto"/>
        <w:jc w:val="center"/>
        <w:tblLayout w:type="fixed"/>
        <w:tblLook w:val="04A0"/>
      </w:tblPr>
      <w:tblGrid>
        <w:gridCol w:w="4901"/>
        <w:gridCol w:w="4901"/>
      </w:tblGrid>
      <w:tr w:rsidR="00A52327">
        <w:trPr>
          <w:jc w:val="center"/>
        </w:trPr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2327" w:rsidRDefault="004646BC">
            <w:pPr>
              <w:spacing w:after="0"/>
            </w:pPr>
            <w:r>
              <w:rPr>
                <w:b/>
                <w:sz w:val="22"/>
              </w:rPr>
              <w:t>Наймодатель 1:</w:t>
            </w:r>
          </w:p>
        </w:tc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2327" w:rsidRDefault="004646BC">
            <w:pPr>
              <w:spacing w:after="0"/>
            </w:pPr>
            <w:r>
              <w:rPr>
                <w:sz w:val="22"/>
              </w:rPr>
              <w:t>Иванов Сергей Петрович ___________________/подпись/</w:t>
            </w:r>
          </w:p>
        </w:tc>
      </w:tr>
      <w:tr w:rsidR="00A52327">
        <w:trPr>
          <w:jc w:val="center"/>
        </w:trPr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2327" w:rsidRDefault="004646BC">
            <w:pPr>
              <w:spacing w:after="0"/>
            </w:pPr>
            <w:r>
              <w:rPr>
                <w:b/>
                <w:sz w:val="22"/>
              </w:rPr>
              <w:t>Наймодатель 2:</w:t>
            </w:r>
          </w:p>
        </w:tc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2327" w:rsidRDefault="004646BC">
            <w:pPr>
              <w:spacing w:after="0"/>
            </w:pPr>
            <w:r>
              <w:rPr>
                <w:sz w:val="22"/>
              </w:rPr>
              <w:t>Иванова Ольга Викторовна ___________________/подпись/</w:t>
            </w:r>
          </w:p>
        </w:tc>
      </w:tr>
      <w:tr w:rsidR="00A52327">
        <w:trPr>
          <w:jc w:val="center"/>
        </w:trPr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2327" w:rsidRDefault="004646BC">
            <w:pPr>
              <w:spacing w:after="0"/>
            </w:pPr>
            <w:r>
              <w:rPr>
                <w:b/>
                <w:sz w:val="22"/>
              </w:rPr>
              <w:t>Наниматель:</w:t>
            </w:r>
          </w:p>
        </w:tc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2327" w:rsidRDefault="004646BC">
            <w:pPr>
              <w:spacing w:after="0"/>
            </w:pPr>
            <w:r>
              <w:rPr>
                <w:sz w:val="22"/>
              </w:rPr>
              <w:t>Петров Алексей Николаевич ___________________/подпись/</w:t>
            </w:r>
          </w:p>
        </w:tc>
      </w:tr>
      <w:tr w:rsidR="00A52327">
        <w:trPr>
          <w:jc w:val="center"/>
        </w:trPr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2327" w:rsidRDefault="004646BC">
            <w:pPr>
              <w:spacing w:after="0"/>
            </w:pPr>
            <w:r>
              <w:rPr>
                <w:b/>
                <w:sz w:val="22"/>
              </w:rPr>
              <w:t>Дата подписания:</w:t>
            </w:r>
          </w:p>
        </w:tc>
        <w:tc>
          <w:tcPr>
            <w:tcW w:w="4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2327" w:rsidRDefault="004646BC">
            <w:pPr>
              <w:spacing w:after="0"/>
            </w:pPr>
            <w:r>
              <w:rPr>
                <w:sz w:val="22"/>
              </w:rPr>
              <w:t>«15» марта 2026 г.</w:t>
            </w:r>
          </w:p>
        </w:tc>
      </w:tr>
    </w:tbl>
    <w:p w:rsidR="00A52327" w:rsidRPr="001844DD" w:rsidRDefault="00A52327">
      <w:pPr>
        <w:rPr>
          <w:lang w:val="ru-RU"/>
        </w:rPr>
      </w:pPr>
    </w:p>
    <w:sectPr w:rsidR="00A52327" w:rsidRPr="001844DD" w:rsidSect="00034616">
      <w:pgSz w:w="12240" w:h="15840"/>
      <w:pgMar w:top="1134" w:right="102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1844DD"/>
    <w:rsid w:val="001D2155"/>
    <w:rsid w:val="0029639D"/>
    <w:rsid w:val="00326F90"/>
    <w:rsid w:val="004509EE"/>
    <w:rsid w:val="004646BC"/>
    <w:rsid w:val="009E4B75"/>
    <w:rsid w:val="00A52327"/>
    <w:rsid w:val="00A9257B"/>
    <w:rsid w:val="00AA1D8D"/>
    <w:rsid w:val="00B421DC"/>
    <w:rsid w:val="00B47730"/>
    <w:rsid w:val="00CB0664"/>
    <w:rsid w:val="00FC693F"/>
    <w:rsid w:val="00FD6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F0F9F8-5F80-4C99-986E-7ECA9FF50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900</Words>
  <Characters>5131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6019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Grichenko</cp:lastModifiedBy>
  <cp:revision>7</cp:revision>
  <dcterms:created xsi:type="dcterms:W3CDTF">2026-04-17T15:03:00Z</dcterms:created>
  <dcterms:modified xsi:type="dcterms:W3CDTF">2026-04-22T15:53:00Z</dcterms:modified>
  <cp:category/>
</cp:coreProperties>
</file>